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מדליקים אור – שבוע שלפני חנוכה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"מדליקים אור – שבוע שלפני חנוכה"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light / свет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candle / свеча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hope / надежда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holiday / праздник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🕯️ מדליקים אור – שבוע שלפני חנוכה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בחנוכה מדליקים נרות. כל ערב מוסיפים עוד נר. אור עושה שמחה.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light · свет · ብርሃን · نور · lumière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candle · свеча · ሻማ · شمعة · bougie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hope · надежда · ተስፋ · أمل · espoir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holiday · праздник · በዓል · عيد · fête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אור  |  נר  |  תקווה  |  חג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candle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תקווה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light / свет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hope / надежда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holiday / праздник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candle / свеча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בחנוכה מדליקים נרות. כל ערב מוסיפים עוד נר. ________ עושה שמחה.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"אור".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קרה כשאדל הדליקה את הפנס?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לעשות מעשה טוב אחד בכל יום ולצייר עליו להבה / לשמח מישהו שנראה עצוב)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מדליקים אור – שבוע שלפני חנוכה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