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חנוכה וחג הבנות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"חנוכה וחג הבנות"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🕎 חנוכה וחג הבנות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מֵאִיר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🕎 חנוכה וחג הבנות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🕎 🍩 ✨  משפט השבוע: נֵר קָטָן מֵאִיר אֶת כָּל הַבַּיִת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הַתְחָלָה  |  שַׁיָּכִים  |  מֵאִיר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"נֵר קָטָן מֵאִיר אֶת כָּל הַבַּיִת"?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🕎 חנוכה וחג הבנות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🧩 היכרות ושייכות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להביא אור לחבר: מילה טובה או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בהדלקת הנרות בבית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נֵר קָטָן ________ אֶת כָּל הַבַּיִת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אתם הכי אוהבים בחנוכה?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בהדלקת הנרות בבית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חנוכה וחג הבנות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