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חנוכה וחג הבנות</w:t>
      </w:r>
    </w:p>
    <w:p>
      <w:pPr>
        <w:bidi/>
        <w:jc w:val="right"/>
      </w:pPr>
      <w:r>
        <w:rPr>
          <w:rFonts w:ascii="Arial" w:hAnsi="Arial" w:cs="Arial"/>
          <w:sz w:val="24"/>
          <w:rtl/>
          <w:szCs w:val="24"/>
        </w:rPr>
        <w:t>• 🎯 מטרה: לתרגל את ערך השבוע "חנוכה וחג הבנות"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שבוע של אור, נס ואומץ, וכבוד מיוחד לבנות ולנשים במסורת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להכיר זה את זה באמת ולהרגיש שיש לכל אחד ואחת מקום בכיתה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היכולת לפתוח דף חדש, לנסות שוב ולהתחיל משהו בלי לדעת איך ייגמר</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היכולת להודות בטעות, לבקש סליחה, לסלוח ולחזור לקשר טוב</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מאיתנו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138 (נ=50, ג=3, ה=5, פ=80)</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חנוכה וחג הבנות – דף תרגול</w:t>
      </w:r>
    </w:p>
    <w:p>
      <w:pPr>
        <w:bidi/>
        <w:jc w:val="right"/>
      </w:pPr>
      <w:r>
        <w:rPr>
          <w:rFonts w:ascii="Arial" w:hAnsi="Arial" w:cs="Arial"/>
          <w:color w:val="555577"/>
          <w:sz w:val="24"/>
          <w:rtl/>
          <w:szCs w:val="24"/>
        </w:rPr>
        <w:t>ערך השבוע: חנוכה וחג הבנות – שבוע של אור, נס ואומץ, וכבוד מיוחד לבנות ולנשים במסורת.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בחנוכה מספרים על קבוצה קטנה שלא ויתרה על מה שהיה חשוב לה, ועל פח שמן קטן שהספיק לשמונה ימים. גם בחיים שלנו יש רגעים שבהם נראה שהכוח שלנו קטן מדי. ובכל זאת, מעשה קטן של אומץ או נתינה יכול להאיר הרבה יותר ממה שחשבנו. מתי משהו קטן הפתיע אתכם בכוח שלו?</w:t>
      </w:r>
    </w:p>
    <w:p>
      <w:pPr>
        <w:bidi/>
        <w:jc w:val="right"/>
      </w:pPr>
      <w:r>
        <w:rPr>
          <w:rFonts w:ascii="Arial" w:hAnsi="Arial" w:cs="Arial"/>
          <w:sz w:val="24"/>
          <w:rtl/>
          <w:szCs w:val="24"/>
        </w:rPr>
        <w:t>1. מתי מעשה קטן שלכם האיר למישהו את היום?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למה לדעתכם חשוב לכבד בנות ונשים גם ביום מיוחד?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המשמעות של אור בעולם שלנו היום?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"חנוכה וחג הבנות"?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לעשות מעשה טוב אחד בכל יום של חנוכה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להכיר מנהג חנוכה של חבר או חברה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לפרגן לבנות ולנשים שעוזרות לי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חנוכה וחג הבנות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להכיר זה את זה באמת ולהרגיש שיש לכל אחד ואחת מקום בכיתה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היכרות ושייכות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להודות בטעות, לבקש סליחה, לסלוח ולחזור לקשר טוב</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התחלות חדשות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לפתוח דף חדש, לנסות שוב ולהתחיל משהו בלי לדעת איך ייגמר</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סליחה ופיוס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שבוע של אור, נס ואומץ, וכבוד מיוחד לבנות ולנשים במסורת</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"כל אחד ואחת ________ יכולים להוסיף עוד נר של אור"</w:t>
      </w:r>
    </w:p>
    <w:p>
      <w:pPr>
        <w:bidi/>
        <w:jc w:val="right"/>
      </w:pPr>
      <w:r>
        <w:rPr>
          <w:rFonts w:ascii="Arial" w:hAnsi="Arial" w:cs="Arial"/>
          <w:sz w:val="24"/>
          <w:rtl/>
          <w:szCs w:val="24"/>
        </w:rPr>
        <w:t>2. 🧩 חידה: על הסביבון בארץ כתובות האותיות נ, ג, ה, פ. מה יוצא בגימטריה כשמחברים את ערכן?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לעשות מעשה טוב אחד בכל יום של חנוכה · לפרגן לבנות ולנשים שעוזרות לי · להכיר מנהג חנוכה של חבר או חברה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אור, נס ואומץ?</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הרגע הכי מואר שלכם בשבוע החנוכה?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חנוכה וחג הבנות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