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חנוכה וחג הבנות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"חנוכה וחג הבנות"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שבוע של אור, נס ואומץ, וכבוד מיוחד לבנות ולנשים במסורת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להכיר זה את זה באמת ולהרגיש שיש לכל אחד ואחת מקום בכיתה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היכולת לפתוח דף חדש, לנסות שוב ולהתחיל משהו בלי לדעת איך ייגמר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היכולת להודות בטעות, לבקש סליחה, לסלוח ולחזור לקשר 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מאיתנו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סביבון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🕎 חנוכה וחג הבנות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חנוכה וחג הבנות – שבוע של אור, נס ואומץ, וכבוד מיוחד לבנות ולנשים במסורת.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השבוע הכיתה מתכננת מסיבת חנוכה, ויש ויכוח: סופגניות או לביבות? יוסף הציע להביא את שתיהן, ועוד מאכל חג מהבית של כל אחד. אלמז הביאה עוגיות מיוחדות של סבתא שלה. איך מנהגים שונים מוסיפים אור למסיבה אחת?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מנהג חנוכה יש אצלכם בבית?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זה בעיניכם "נס קטן" ביומיום?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"חנוכה וחג הבנות"?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בהדלקת הנרות בבית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לשחק בסביבון עם מישהו חדש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להביא אור לחבר: מילה טובה או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חנוכה וחג הבנות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היכולת להודות בטעות, לבקש סליחה, לסלוח ולחזור לקשר טוב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 היכרות ושייכות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שבוע של אור, נס ואומץ, וכבוד מיוחד לבנות ולנשים במסורת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התחלות חדשות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להכיר זה את זה באמת ולהרגיש שיש לכל אחד ואחת מקום בכיתה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🕊️ סליחה ופיוס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היכולת לפתוח דף חדש, לנסות שוב ולהתחיל משהו בלי לדעת איך ייגמר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"כל אחד ואחת ________ יכולים להוסיף עוד נר של אור"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מסתובב ומסתובב, יש עליי ארבע אותיות, ובסוף אני נופל על צד אחד.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לעזור בהדלקת הנרות בבית · להביא אור לחבר: מילה טובה או עזרה · לשחק בסביבון עם מישהו 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אור, נס ואומץ?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הרגע הכי מואר שלכם בשבוע החנוכה?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חנוכה וחג הבנות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